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1D793" w14:textId="77777777" w:rsidR="00D77E1B" w:rsidRDefault="000F30ED">
      <w:pPr>
        <w:spacing w:after="20" w:line="240" w:lineRule="auto"/>
        <w:jc w:val="center"/>
      </w:pPr>
      <w:r>
        <w:rPr>
          <w:b/>
          <w:sz w:val="27"/>
        </w:rPr>
        <w:t>ŽÁDOST</w:t>
      </w:r>
    </w:p>
    <w:p w14:paraId="4837DD39" w14:textId="77777777" w:rsidR="00D77E1B" w:rsidRDefault="000F30ED">
      <w:pPr>
        <w:spacing w:line="240" w:lineRule="auto"/>
        <w:jc w:val="center"/>
      </w:pPr>
      <w:r>
        <w:rPr>
          <w:b/>
          <w:sz w:val="27"/>
        </w:rPr>
        <w:t>o pokračování v základním vzdělání</w:t>
      </w:r>
    </w:p>
    <w:p w14:paraId="222E9DBD" w14:textId="270095EC" w:rsidR="00D77E1B" w:rsidRDefault="001F36A4">
      <w:pPr>
        <w:spacing w:after="80" w:line="240" w:lineRule="auto"/>
        <w:rPr>
          <w:b/>
        </w:rPr>
      </w:pPr>
      <w:proofErr w:type="spellStart"/>
      <w:r>
        <w:rPr>
          <w:b/>
        </w:rPr>
        <w:t>Zákonný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zástupce</w:t>
      </w:r>
      <w:proofErr w:type="spellEnd"/>
      <w:r>
        <w:rPr>
          <w:b/>
        </w:rPr>
        <w:t>:</w:t>
      </w:r>
    </w:p>
    <w:p w14:paraId="4E3F7433" w14:textId="77777777" w:rsidR="00E06BDF" w:rsidRDefault="00E06BDF">
      <w:pPr>
        <w:spacing w:after="8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1"/>
        <w:gridCol w:w="6768"/>
      </w:tblGrid>
      <w:tr w:rsidR="00D77E1B" w14:paraId="5B29E4B3" w14:textId="77777777">
        <w:trPr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6620D1" w14:textId="77777777" w:rsidR="00D77E1B" w:rsidRDefault="000F30ED">
            <w:pPr>
              <w:spacing w:after="0" w:line="240" w:lineRule="auto"/>
            </w:pPr>
            <w:r>
              <w:t>Jméno a příjmení, titul:</w:t>
            </w:r>
          </w:p>
        </w:tc>
        <w:tc>
          <w:tcPr>
            <w:tcW w:w="6768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05E4DD" w14:textId="77777777" w:rsidR="00D77E1B" w:rsidRDefault="00D77E1B">
            <w:pPr>
              <w:spacing w:after="0" w:line="240" w:lineRule="auto"/>
            </w:pPr>
          </w:p>
        </w:tc>
      </w:tr>
    </w:tbl>
    <w:p w14:paraId="71378EF3" w14:textId="77777777" w:rsidR="00D77E1B" w:rsidRDefault="00D77E1B">
      <w:pPr>
        <w:spacing w:after="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3240"/>
        <w:gridCol w:w="604"/>
        <w:gridCol w:w="3931"/>
      </w:tblGrid>
      <w:tr w:rsidR="00D77E1B" w14:paraId="053D7764" w14:textId="77777777">
        <w:trPr>
          <w:jc w:val="center"/>
        </w:trPr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3FE01" w14:textId="77777777" w:rsidR="00D77E1B" w:rsidRDefault="000F30ED">
            <w:pPr>
              <w:spacing w:after="0" w:line="240" w:lineRule="auto"/>
            </w:pPr>
            <w:r>
              <w:t>Datum narození:</w:t>
            </w:r>
          </w:p>
        </w:tc>
        <w:tc>
          <w:tcPr>
            <w:tcW w:w="324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E464C6" w14:textId="77777777" w:rsidR="00D77E1B" w:rsidRDefault="00D77E1B">
            <w:pPr>
              <w:spacing w:after="0" w:line="240" w:lineRule="auto"/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FAD5DF" w14:textId="77777777" w:rsidR="00D77E1B" w:rsidRDefault="000F30ED">
            <w:pPr>
              <w:spacing w:after="0" w:line="240" w:lineRule="auto"/>
            </w:pPr>
            <w:r>
              <w:t>tel.</w:t>
            </w:r>
          </w:p>
        </w:tc>
        <w:tc>
          <w:tcPr>
            <w:tcW w:w="3931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BB2F6" w14:textId="77777777" w:rsidR="00D77E1B" w:rsidRDefault="00D77E1B">
            <w:pPr>
              <w:spacing w:after="0" w:line="240" w:lineRule="auto"/>
            </w:pPr>
          </w:p>
        </w:tc>
      </w:tr>
    </w:tbl>
    <w:p w14:paraId="2219D9B9" w14:textId="77777777" w:rsidR="00D77E1B" w:rsidRDefault="00D77E1B">
      <w:pPr>
        <w:spacing w:after="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6696"/>
      </w:tblGrid>
      <w:tr w:rsidR="00D77E1B" w14:paraId="7FF25364" w14:textId="77777777">
        <w:trPr>
          <w:jc w:val="center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C24FFE" w14:textId="77777777" w:rsidR="00D77E1B" w:rsidRDefault="000F30ED">
            <w:pPr>
              <w:spacing w:after="0" w:line="240" w:lineRule="auto"/>
            </w:pPr>
            <w:r>
              <w:t>Adresa trvalého bydliště:</w:t>
            </w:r>
          </w:p>
        </w:tc>
        <w:tc>
          <w:tcPr>
            <w:tcW w:w="6696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3AF8C" w14:textId="77777777" w:rsidR="00D77E1B" w:rsidRDefault="00D77E1B">
            <w:pPr>
              <w:spacing w:after="0" w:line="240" w:lineRule="auto"/>
            </w:pPr>
          </w:p>
        </w:tc>
      </w:tr>
    </w:tbl>
    <w:p w14:paraId="0E7612C0" w14:textId="77777777" w:rsidR="00D77E1B" w:rsidRDefault="00D77E1B">
      <w:pPr>
        <w:spacing w:after="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6983"/>
      </w:tblGrid>
      <w:tr w:rsidR="00D77E1B" w14:paraId="1ED669BB" w14:textId="77777777">
        <w:trPr>
          <w:jc w:val="center"/>
        </w:trPr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A071F" w14:textId="77777777" w:rsidR="00D77E1B" w:rsidRDefault="000F30ED">
            <w:pPr>
              <w:spacing w:after="0" w:line="240" w:lineRule="auto"/>
            </w:pPr>
            <w:r>
              <w:t>Adresa pro doručování:</w:t>
            </w:r>
          </w:p>
        </w:tc>
        <w:tc>
          <w:tcPr>
            <w:tcW w:w="6983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01305" w14:textId="77777777" w:rsidR="00D77E1B" w:rsidRDefault="00D77E1B">
            <w:pPr>
              <w:spacing w:after="0" w:line="240" w:lineRule="auto"/>
            </w:pPr>
          </w:p>
        </w:tc>
      </w:tr>
    </w:tbl>
    <w:p w14:paraId="22A2E647" w14:textId="77777777" w:rsidR="00D77E1B" w:rsidRDefault="000F30ED">
      <w:pPr>
        <w:spacing w:after="160" w:line="240" w:lineRule="auto"/>
        <w:jc w:val="center"/>
      </w:pPr>
      <w:r>
        <w:rPr>
          <w:sz w:val="17"/>
        </w:rPr>
        <w:t>(není-li shodná s místem trvalého bydliště)</w:t>
      </w:r>
    </w:p>
    <w:p w14:paraId="213B69A7" w14:textId="77777777" w:rsidR="00680240" w:rsidRDefault="00680240">
      <w:pPr>
        <w:spacing w:after="40" w:line="240" w:lineRule="auto"/>
        <w:rPr>
          <w:b/>
        </w:rPr>
      </w:pPr>
    </w:p>
    <w:p w14:paraId="5E480C32" w14:textId="77777777" w:rsidR="00680240" w:rsidRDefault="00680240">
      <w:pPr>
        <w:spacing w:after="40" w:line="240" w:lineRule="auto"/>
        <w:rPr>
          <w:b/>
        </w:rPr>
      </w:pPr>
    </w:p>
    <w:p w14:paraId="5E69063C" w14:textId="20600AAE" w:rsidR="00D77E1B" w:rsidRDefault="000F30ED">
      <w:pPr>
        <w:spacing w:after="40" w:line="240" w:lineRule="auto"/>
      </w:pPr>
      <w:r>
        <w:rPr>
          <w:b/>
        </w:rPr>
        <w:t xml:space="preserve">Ředitelka </w:t>
      </w:r>
      <w:proofErr w:type="spellStart"/>
      <w:r w:rsidR="008E49A2">
        <w:rPr>
          <w:b/>
        </w:rPr>
        <w:t>školy</w:t>
      </w:r>
      <w:proofErr w:type="spellEnd"/>
      <w:r>
        <w:rPr>
          <w:b/>
        </w:rPr>
        <w:t>:</w:t>
      </w:r>
    </w:p>
    <w:p w14:paraId="7E2120D5" w14:textId="77777777" w:rsidR="00D77E1B" w:rsidRDefault="000F30ED">
      <w:pPr>
        <w:spacing w:after="40" w:line="240" w:lineRule="auto"/>
      </w:pPr>
      <w:r>
        <w:t>Mgr. Romana MRÁZKOVÁ</w:t>
      </w:r>
    </w:p>
    <w:p w14:paraId="57F580F1" w14:textId="77777777" w:rsidR="00D77E1B" w:rsidRDefault="000F30ED">
      <w:pPr>
        <w:spacing w:after="20" w:line="240" w:lineRule="auto"/>
      </w:pPr>
      <w:r>
        <w:rPr>
          <w:sz w:val="19"/>
        </w:rPr>
        <w:t>Základní škola a Mateřská škola, Praha 4, Sdružení 1080,</w:t>
      </w:r>
    </w:p>
    <w:p w14:paraId="0060773F" w14:textId="77777777" w:rsidR="00D77E1B" w:rsidRDefault="000F30ED">
      <w:pPr>
        <w:spacing w:after="140" w:line="240" w:lineRule="auto"/>
        <w:rPr>
          <w:sz w:val="19"/>
        </w:rPr>
      </w:pPr>
      <w:r>
        <w:rPr>
          <w:sz w:val="19"/>
        </w:rPr>
        <w:t>se sídlem Sdružení 1080/2a, Praha 4, PSČ 141 00</w:t>
      </w:r>
    </w:p>
    <w:p w14:paraId="1DD637A1" w14:textId="77777777" w:rsidR="00D3233A" w:rsidRDefault="00D3233A">
      <w:pPr>
        <w:spacing w:after="140" w:line="240" w:lineRule="auto"/>
      </w:pPr>
    </w:p>
    <w:p w14:paraId="46291E84" w14:textId="4614C0DE" w:rsidR="00D77E1B" w:rsidRPr="00D3233A" w:rsidRDefault="000F30ED" w:rsidP="00BD0A7B">
      <w:pPr>
        <w:spacing w:after="20" w:line="240" w:lineRule="auto"/>
        <w:rPr>
          <w:sz w:val="24"/>
          <w:szCs w:val="24"/>
        </w:rPr>
      </w:pPr>
      <w:proofErr w:type="spellStart"/>
      <w:r w:rsidRPr="00D3233A">
        <w:rPr>
          <w:b/>
          <w:sz w:val="24"/>
          <w:szCs w:val="24"/>
        </w:rPr>
        <w:t>Žádám</w:t>
      </w:r>
      <w:proofErr w:type="spellEnd"/>
      <w:r w:rsidRPr="00D3233A">
        <w:rPr>
          <w:b/>
          <w:sz w:val="24"/>
          <w:szCs w:val="24"/>
        </w:rPr>
        <w:t xml:space="preserve"> o </w:t>
      </w:r>
      <w:proofErr w:type="spellStart"/>
      <w:r w:rsidRPr="00D3233A">
        <w:rPr>
          <w:b/>
          <w:sz w:val="24"/>
          <w:szCs w:val="24"/>
        </w:rPr>
        <w:t>pokračování</w:t>
      </w:r>
      <w:proofErr w:type="spellEnd"/>
      <w:r w:rsidRPr="00D3233A">
        <w:rPr>
          <w:b/>
          <w:sz w:val="24"/>
          <w:szCs w:val="24"/>
        </w:rPr>
        <w:t xml:space="preserve"> </w:t>
      </w:r>
      <w:r w:rsidR="008E49A2" w:rsidRPr="00D3233A">
        <w:rPr>
          <w:b/>
          <w:sz w:val="24"/>
          <w:szCs w:val="24"/>
        </w:rPr>
        <w:t xml:space="preserve">v </w:t>
      </w:r>
      <w:proofErr w:type="spellStart"/>
      <w:r w:rsidRPr="00D3233A">
        <w:rPr>
          <w:b/>
          <w:sz w:val="24"/>
          <w:szCs w:val="24"/>
        </w:rPr>
        <w:t>základní</w:t>
      </w:r>
      <w:r w:rsidR="008E49A2" w:rsidRPr="00D3233A">
        <w:rPr>
          <w:b/>
          <w:sz w:val="24"/>
          <w:szCs w:val="24"/>
        </w:rPr>
        <w:t>m</w:t>
      </w:r>
      <w:proofErr w:type="spellEnd"/>
      <w:r w:rsidRPr="00D3233A">
        <w:rPr>
          <w:b/>
          <w:sz w:val="24"/>
          <w:szCs w:val="24"/>
        </w:rPr>
        <w:t xml:space="preserve"> </w:t>
      </w:r>
      <w:proofErr w:type="spellStart"/>
      <w:r w:rsidRPr="00D3233A">
        <w:rPr>
          <w:b/>
          <w:sz w:val="24"/>
          <w:szCs w:val="24"/>
        </w:rPr>
        <w:t>vzdělání</w:t>
      </w:r>
      <w:proofErr w:type="spellEnd"/>
      <w:r w:rsidRPr="00D3233A">
        <w:rPr>
          <w:b/>
          <w:sz w:val="24"/>
          <w:szCs w:val="24"/>
        </w:rPr>
        <w:t xml:space="preserve"> </w:t>
      </w:r>
      <w:proofErr w:type="spellStart"/>
      <w:r w:rsidRPr="00D3233A">
        <w:rPr>
          <w:b/>
          <w:sz w:val="24"/>
          <w:szCs w:val="24"/>
        </w:rPr>
        <w:t>ve</w:t>
      </w:r>
      <w:proofErr w:type="spellEnd"/>
      <w:r w:rsidRPr="00D3233A">
        <w:rPr>
          <w:b/>
          <w:sz w:val="24"/>
          <w:szCs w:val="24"/>
        </w:rPr>
        <w:t xml:space="preserve"> </w:t>
      </w:r>
      <w:proofErr w:type="spellStart"/>
      <w:r w:rsidRPr="00D3233A">
        <w:rPr>
          <w:b/>
          <w:sz w:val="24"/>
          <w:szCs w:val="24"/>
        </w:rPr>
        <w:t>školním</w:t>
      </w:r>
      <w:proofErr w:type="spellEnd"/>
      <w:r w:rsidRPr="00D3233A">
        <w:rPr>
          <w:b/>
          <w:sz w:val="24"/>
          <w:szCs w:val="24"/>
        </w:rPr>
        <w:t xml:space="preserve"> </w:t>
      </w:r>
      <w:proofErr w:type="spellStart"/>
      <w:r w:rsidRPr="00D3233A">
        <w:rPr>
          <w:b/>
          <w:sz w:val="24"/>
          <w:szCs w:val="24"/>
        </w:rPr>
        <w:t>roce</w:t>
      </w:r>
      <w:proofErr w:type="spellEnd"/>
      <w:r w:rsidRPr="00D3233A">
        <w:rPr>
          <w:b/>
          <w:sz w:val="24"/>
          <w:szCs w:val="24"/>
        </w:rPr>
        <w:t xml:space="preserve"> .......... / .......... pro:</w:t>
      </w:r>
    </w:p>
    <w:p w14:paraId="422D85E3" w14:textId="77777777" w:rsidR="00E06BDF" w:rsidRPr="00D3233A" w:rsidRDefault="00E06BDF">
      <w:pPr>
        <w:spacing w:after="140" w:line="240" w:lineRule="auto"/>
        <w:jc w:val="center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7488"/>
      </w:tblGrid>
      <w:tr w:rsidR="00D77E1B" w14:paraId="2F743B8D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8483CE" w14:textId="77777777" w:rsidR="00D77E1B" w:rsidRDefault="000F30ED">
            <w:pPr>
              <w:spacing w:after="0" w:line="240" w:lineRule="auto"/>
            </w:pPr>
            <w:r>
              <w:t>Jméno a příjmení:</w:t>
            </w:r>
          </w:p>
        </w:tc>
        <w:tc>
          <w:tcPr>
            <w:tcW w:w="7488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C13753" w14:textId="77777777" w:rsidR="00D77E1B" w:rsidRDefault="00D77E1B">
            <w:pPr>
              <w:spacing w:after="0" w:line="240" w:lineRule="auto"/>
            </w:pPr>
          </w:p>
        </w:tc>
      </w:tr>
    </w:tbl>
    <w:p w14:paraId="191D663E" w14:textId="77777777" w:rsidR="00D77E1B" w:rsidRDefault="00D77E1B">
      <w:pPr>
        <w:spacing w:after="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15"/>
        <w:gridCol w:w="7703"/>
      </w:tblGrid>
      <w:tr w:rsidR="00D77E1B" w14:paraId="5198D392" w14:textId="77777777">
        <w:trPr>
          <w:jc w:val="center"/>
        </w:trPr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82015" w14:textId="77777777" w:rsidR="00D77E1B" w:rsidRDefault="000F30ED">
            <w:pPr>
              <w:spacing w:after="0" w:line="240" w:lineRule="auto"/>
            </w:pPr>
            <w:r>
              <w:t>Datum narození:</w:t>
            </w:r>
          </w:p>
        </w:tc>
        <w:tc>
          <w:tcPr>
            <w:tcW w:w="7703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238B03" w14:textId="77777777" w:rsidR="00D77E1B" w:rsidRDefault="00D77E1B">
            <w:pPr>
              <w:spacing w:after="0" w:line="240" w:lineRule="auto"/>
            </w:pPr>
          </w:p>
        </w:tc>
      </w:tr>
    </w:tbl>
    <w:p w14:paraId="6EF96DF0" w14:textId="77777777" w:rsidR="00D77E1B" w:rsidRDefault="00D77E1B">
      <w:pPr>
        <w:spacing w:after="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6696"/>
      </w:tblGrid>
      <w:tr w:rsidR="00D77E1B" w14:paraId="20F83D96" w14:textId="77777777">
        <w:trPr>
          <w:jc w:val="center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FB9196" w14:textId="77777777" w:rsidR="00D77E1B" w:rsidRDefault="000F30ED">
            <w:pPr>
              <w:spacing w:after="0" w:line="240" w:lineRule="auto"/>
            </w:pPr>
            <w:r>
              <w:t>Adresa trvalého bydliště:</w:t>
            </w:r>
          </w:p>
        </w:tc>
        <w:tc>
          <w:tcPr>
            <w:tcW w:w="6696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0D1C01" w14:textId="77777777" w:rsidR="00D77E1B" w:rsidRDefault="00D77E1B">
            <w:pPr>
              <w:spacing w:after="0" w:line="240" w:lineRule="auto"/>
            </w:pPr>
          </w:p>
        </w:tc>
      </w:tr>
    </w:tbl>
    <w:p w14:paraId="6E5F7A8E" w14:textId="77777777" w:rsidR="00D77E1B" w:rsidRDefault="00D77E1B">
      <w:pPr>
        <w:spacing w:after="20" w:line="240" w:lineRule="auto"/>
      </w:pPr>
    </w:p>
    <w:p w14:paraId="5FED9C56" w14:textId="63AADC31" w:rsidR="00D77E1B" w:rsidRDefault="00680240">
      <w:pPr>
        <w:tabs>
          <w:tab w:val="left" w:leader="dot" w:pos="7560"/>
        </w:tabs>
        <w:spacing w:after="80" w:line="240" w:lineRule="auto"/>
      </w:pPr>
      <w:r>
        <w:rPr>
          <w:sz w:val="19"/>
        </w:rPr>
        <w:t xml:space="preserve">    </w:t>
      </w:r>
      <w:proofErr w:type="spellStart"/>
      <w:r>
        <w:rPr>
          <w:sz w:val="19"/>
        </w:rPr>
        <w:t>Která</w:t>
      </w:r>
      <w:proofErr w:type="spellEnd"/>
      <w:r>
        <w:rPr>
          <w:sz w:val="19"/>
        </w:rPr>
        <w:t xml:space="preserve">/ý v </w:t>
      </w:r>
      <w:proofErr w:type="spellStart"/>
      <w:r>
        <w:rPr>
          <w:sz w:val="19"/>
        </w:rPr>
        <w:t>současné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době</w:t>
      </w:r>
      <w:proofErr w:type="spellEnd"/>
      <w:r>
        <w:rPr>
          <w:sz w:val="19"/>
        </w:rPr>
        <w:t xml:space="preserve"> </w:t>
      </w:r>
      <w:proofErr w:type="spellStart"/>
      <w:proofErr w:type="gramStart"/>
      <w:r>
        <w:rPr>
          <w:sz w:val="19"/>
        </w:rPr>
        <w:t>navštěvuje</w:t>
      </w:r>
      <w:proofErr w:type="spellEnd"/>
      <w:r>
        <w:rPr>
          <w:sz w:val="19"/>
        </w:rPr>
        <w:t xml:space="preserve">  …</w:t>
      </w:r>
      <w:proofErr w:type="gramEnd"/>
      <w:r>
        <w:rPr>
          <w:sz w:val="19"/>
        </w:rPr>
        <w:t xml:space="preserve">…………. </w:t>
      </w:r>
      <w:proofErr w:type="spellStart"/>
      <w:r>
        <w:rPr>
          <w:sz w:val="19"/>
        </w:rPr>
        <w:t>třídu</w:t>
      </w:r>
      <w:proofErr w:type="spellEnd"/>
      <w:r>
        <w:rPr>
          <w:sz w:val="19"/>
        </w:rPr>
        <w:t>.</w:t>
      </w:r>
    </w:p>
    <w:p w14:paraId="399367BC" w14:textId="77777777" w:rsidR="00D77E1B" w:rsidRDefault="00D77E1B">
      <w:pPr>
        <w:spacing w:after="80" w:line="240" w:lineRule="auto"/>
      </w:pPr>
    </w:p>
    <w:p w14:paraId="66FF5EA0" w14:textId="77777777" w:rsidR="00D77E1B" w:rsidRDefault="000F30ED">
      <w:pPr>
        <w:spacing w:after="20" w:line="240" w:lineRule="auto"/>
      </w:pPr>
      <w:r>
        <w:t>Důvod žádosti: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0"/>
      </w:tblGrid>
      <w:tr w:rsidR="00D77E1B" w14:paraId="7D180D5B" w14:textId="77777777">
        <w:trPr>
          <w:jc w:val="center"/>
        </w:trPr>
        <w:tc>
          <w:tcPr>
            <w:tcW w:w="972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E1D54" w14:textId="77777777" w:rsidR="00D77E1B" w:rsidRDefault="00D77E1B">
            <w:pPr>
              <w:spacing w:after="0" w:line="240" w:lineRule="auto"/>
            </w:pPr>
          </w:p>
        </w:tc>
      </w:tr>
    </w:tbl>
    <w:p w14:paraId="1EC5675A" w14:textId="77777777" w:rsidR="00D77E1B" w:rsidRDefault="00D77E1B">
      <w:pPr>
        <w:spacing w:after="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0"/>
      </w:tblGrid>
      <w:tr w:rsidR="00D77E1B" w14:paraId="199C8C2C" w14:textId="77777777">
        <w:trPr>
          <w:jc w:val="center"/>
        </w:trPr>
        <w:tc>
          <w:tcPr>
            <w:tcW w:w="972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AB4F3" w14:textId="77777777" w:rsidR="00D77E1B" w:rsidRDefault="00D77E1B">
            <w:pPr>
              <w:spacing w:after="0" w:line="240" w:lineRule="auto"/>
            </w:pPr>
          </w:p>
        </w:tc>
      </w:tr>
    </w:tbl>
    <w:p w14:paraId="25BA28D0" w14:textId="77777777" w:rsidR="00D77E1B" w:rsidRDefault="00D77E1B">
      <w:pPr>
        <w:spacing w:after="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0"/>
      </w:tblGrid>
      <w:tr w:rsidR="00D77E1B" w14:paraId="641D188D" w14:textId="77777777">
        <w:trPr>
          <w:jc w:val="center"/>
        </w:trPr>
        <w:tc>
          <w:tcPr>
            <w:tcW w:w="972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BC6935" w14:textId="77777777" w:rsidR="00D77E1B" w:rsidRDefault="00D77E1B">
            <w:pPr>
              <w:spacing w:after="0" w:line="240" w:lineRule="auto"/>
            </w:pPr>
          </w:p>
        </w:tc>
      </w:tr>
    </w:tbl>
    <w:p w14:paraId="4B43D4A1" w14:textId="77777777" w:rsidR="00D77E1B" w:rsidRDefault="00D77E1B">
      <w:pPr>
        <w:spacing w:after="1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2880"/>
        <w:gridCol w:w="1655"/>
        <w:gridCol w:w="3744"/>
      </w:tblGrid>
      <w:tr w:rsidR="00D77E1B" w14:paraId="3A5D90E7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F0C4F" w14:textId="77777777" w:rsidR="00680240" w:rsidRDefault="00680240">
            <w:pPr>
              <w:spacing w:after="0" w:line="240" w:lineRule="auto"/>
            </w:pPr>
          </w:p>
          <w:p w14:paraId="0D00A2D9" w14:textId="77777777" w:rsidR="00680240" w:rsidRDefault="00680240">
            <w:pPr>
              <w:spacing w:after="0" w:line="240" w:lineRule="auto"/>
            </w:pPr>
          </w:p>
          <w:p w14:paraId="3D6AA14D" w14:textId="77777777" w:rsidR="00680240" w:rsidRDefault="00680240">
            <w:pPr>
              <w:spacing w:after="0" w:line="240" w:lineRule="auto"/>
            </w:pPr>
          </w:p>
          <w:p w14:paraId="0441048D" w14:textId="0596D8EB" w:rsidR="00D77E1B" w:rsidRDefault="000F30ED">
            <w:pPr>
              <w:spacing w:after="0" w:line="240" w:lineRule="auto"/>
            </w:pPr>
            <w:r>
              <w:t xml:space="preserve">V </w:t>
            </w:r>
            <w:proofErr w:type="spellStart"/>
            <w:r>
              <w:t>Praze</w:t>
            </w:r>
            <w:proofErr w:type="spellEnd"/>
            <w:r>
              <w:t xml:space="preserve"> </w:t>
            </w:r>
            <w:proofErr w:type="spellStart"/>
            <w:r>
              <w:t>dne</w:t>
            </w:r>
            <w:proofErr w:type="spellEnd"/>
            <w:r w:rsidR="008E49A2">
              <w:t>:</w:t>
            </w:r>
          </w:p>
        </w:tc>
        <w:tc>
          <w:tcPr>
            <w:tcW w:w="288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584374" w14:textId="77777777" w:rsidR="00D77E1B" w:rsidRDefault="00D77E1B">
            <w:pPr>
              <w:spacing w:after="0" w:line="240" w:lineRule="auto"/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095C0" w14:textId="77777777" w:rsidR="00D77E1B" w:rsidRDefault="00D77E1B">
            <w:pPr>
              <w:spacing w:after="0" w:line="240" w:lineRule="auto"/>
            </w:pPr>
          </w:p>
        </w:tc>
        <w:tc>
          <w:tcPr>
            <w:tcW w:w="3744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1DD412" w14:textId="77777777" w:rsidR="00D77E1B" w:rsidRDefault="00D77E1B">
            <w:pPr>
              <w:spacing w:after="0" w:line="240" w:lineRule="auto"/>
            </w:pPr>
          </w:p>
        </w:tc>
      </w:tr>
      <w:tr w:rsidR="00D77E1B" w14:paraId="59BBAF26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CCA02" w14:textId="77777777" w:rsidR="00D77E1B" w:rsidRDefault="00D77E1B"/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E6B44" w14:textId="77777777" w:rsidR="00D77E1B" w:rsidRDefault="00D77E1B"/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606EA" w14:textId="77777777" w:rsidR="00D77E1B" w:rsidRDefault="00D77E1B"/>
        </w:tc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D41878" w14:textId="77777777" w:rsidR="00D77E1B" w:rsidRDefault="000F30ED">
            <w:pPr>
              <w:spacing w:after="0" w:line="240" w:lineRule="auto"/>
              <w:jc w:val="center"/>
            </w:pPr>
            <w:r>
              <w:rPr>
                <w:sz w:val="18"/>
              </w:rPr>
              <w:t>podpis zákonného zástupce</w:t>
            </w:r>
          </w:p>
        </w:tc>
      </w:tr>
    </w:tbl>
    <w:p w14:paraId="521C0E15" w14:textId="77777777" w:rsidR="00823C6E" w:rsidRDefault="00823C6E"/>
    <w:sectPr w:rsidR="00823C6E" w:rsidSect="00034616">
      <w:headerReference w:type="default" r:id="rId8"/>
      <w:pgSz w:w="11906" w:h="16838"/>
      <w:pgMar w:top="2923" w:right="893" w:bottom="792" w:left="893" w:header="2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7EF6E" w14:textId="77777777" w:rsidR="000F30ED" w:rsidRDefault="000F30ED">
      <w:pPr>
        <w:spacing w:after="0" w:line="240" w:lineRule="auto"/>
      </w:pPr>
      <w:r>
        <w:separator/>
      </w:r>
    </w:p>
  </w:endnote>
  <w:endnote w:type="continuationSeparator" w:id="0">
    <w:p w14:paraId="6A39A345" w14:textId="77777777" w:rsidR="000F30ED" w:rsidRDefault="000F3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5E05E" w14:textId="77777777" w:rsidR="000F30ED" w:rsidRDefault="000F30ED">
      <w:pPr>
        <w:spacing w:after="0" w:line="240" w:lineRule="auto"/>
      </w:pPr>
      <w:r>
        <w:separator/>
      </w:r>
    </w:p>
  </w:footnote>
  <w:footnote w:type="continuationSeparator" w:id="0">
    <w:p w14:paraId="6C5FAFD1" w14:textId="77777777" w:rsidR="000F30ED" w:rsidRDefault="000F30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EC610" w14:textId="77777777" w:rsidR="00D77E1B" w:rsidRDefault="000F30ED">
    <w:pPr>
      <w:spacing w:after="0"/>
      <w:jc w:val="center"/>
    </w:pPr>
    <w:r>
      <w:rPr>
        <w:noProof/>
      </w:rPr>
      <w:drawing>
        <wp:inline distT="0" distB="0" distL="0" distR="0" wp14:anchorId="677635BF" wp14:editId="3CF8C9E3">
          <wp:extent cx="6720840" cy="166440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20840" cy="1664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0440154">
    <w:abstractNumId w:val="8"/>
  </w:num>
  <w:num w:numId="2" w16cid:durableId="653607672">
    <w:abstractNumId w:val="6"/>
  </w:num>
  <w:num w:numId="3" w16cid:durableId="1941525633">
    <w:abstractNumId w:val="5"/>
  </w:num>
  <w:num w:numId="4" w16cid:durableId="1564410210">
    <w:abstractNumId w:val="4"/>
  </w:num>
  <w:num w:numId="5" w16cid:durableId="371612988">
    <w:abstractNumId w:val="7"/>
  </w:num>
  <w:num w:numId="6" w16cid:durableId="18094035">
    <w:abstractNumId w:val="3"/>
  </w:num>
  <w:num w:numId="7" w16cid:durableId="1336419117">
    <w:abstractNumId w:val="2"/>
  </w:num>
  <w:num w:numId="8" w16cid:durableId="1306543481">
    <w:abstractNumId w:val="1"/>
  </w:num>
  <w:num w:numId="9" w16cid:durableId="659230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30ED"/>
    <w:rsid w:val="0015074B"/>
    <w:rsid w:val="001F36A4"/>
    <w:rsid w:val="0029639D"/>
    <w:rsid w:val="00326F90"/>
    <w:rsid w:val="00590961"/>
    <w:rsid w:val="00680240"/>
    <w:rsid w:val="00823C6E"/>
    <w:rsid w:val="00886CF6"/>
    <w:rsid w:val="008E49A2"/>
    <w:rsid w:val="00AA1D8D"/>
    <w:rsid w:val="00B47730"/>
    <w:rsid w:val="00BD0A7B"/>
    <w:rsid w:val="00CB0664"/>
    <w:rsid w:val="00D3233A"/>
    <w:rsid w:val="00D77E1B"/>
    <w:rsid w:val="00E06B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594227C1-A0EC-490F-9C21-8C7C9546B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eastAsia="Arial" w:hAnsi="Arial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Romana Mrázková</cp:lastModifiedBy>
  <cp:revision>8</cp:revision>
  <dcterms:created xsi:type="dcterms:W3CDTF">2013-12-23T23:15:00Z</dcterms:created>
  <dcterms:modified xsi:type="dcterms:W3CDTF">2026-10-22T08:40:00Z</dcterms:modified>
  <cp:category/>
</cp:coreProperties>
</file>