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918AA" w14:textId="77777777" w:rsidR="00713065" w:rsidRDefault="00000000">
      <w:pPr>
        <w:spacing w:after="20" w:line="240" w:lineRule="auto"/>
        <w:jc w:val="center"/>
      </w:pPr>
      <w:r>
        <w:rPr>
          <w:b/>
          <w:sz w:val="26"/>
        </w:rPr>
        <w:t>ŽÁDOST O PLNĚNÍ POVINNÉ ŠKOLNÍ DOCHÁZKY V</w:t>
      </w:r>
    </w:p>
    <w:p w14:paraId="32540C59" w14:textId="77777777" w:rsidR="00713065" w:rsidRDefault="00000000">
      <w:pPr>
        <w:spacing w:after="160" w:line="240" w:lineRule="auto"/>
        <w:jc w:val="center"/>
      </w:pPr>
      <w:r>
        <w:rPr>
          <w:b/>
          <w:sz w:val="26"/>
        </w:rPr>
        <w:t>ZAHRANIČÍ</w:t>
      </w:r>
    </w:p>
    <w:p w14:paraId="5D6A7CF6" w14:textId="77777777" w:rsidR="00713065" w:rsidRDefault="00000000">
      <w:pPr>
        <w:spacing w:after="120" w:line="240" w:lineRule="auto"/>
        <w:rPr>
          <w:sz w:val="19"/>
        </w:rPr>
      </w:pPr>
      <w:r>
        <w:rPr>
          <w:sz w:val="19"/>
        </w:rPr>
        <w:t>Tímto Vás žádáme o plnění povinné školní docházky v zahraniční našeho syna/dcery.</w:t>
      </w:r>
    </w:p>
    <w:p w14:paraId="002F582D" w14:textId="77777777" w:rsidR="00493FA9" w:rsidRDefault="00493FA9">
      <w:pPr>
        <w:spacing w:after="1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560"/>
      </w:tblGrid>
      <w:tr w:rsidR="00713065" w14:paraId="6184BF4C" w14:textId="77777777" w:rsidTr="00493FA9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8BFE8" w14:textId="77777777" w:rsidR="00713065" w:rsidRDefault="00000000">
            <w:pPr>
              <w:spacing w:after="0" w:line="240" w:lineRule="auto"/>
            </w:pPr>
            <w:r>
              <w:t>Jméno a příjmení</w:t>
            </w:r>
          </w:p>
        </w:tc>
        <w:tc>
          <w:tcPr>
            <w:tcW w:w="756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71F9D" w14:textId="77777777" w:rsidR="00713065" w:rsidRDefault="00713065">
            <w:pPr>
              <w:spacing w:after="0" w:line="240" w:lineRule="auto"/>
            </w:pPr>
          </w:p>
        </w:tc>
      </w:tr>
    </w:tbl>
    <w:p w14:paraId="3CABAAB7" w14:textId="77777777" w:rsidR="00713065" w:rsidRDefault="00713065">
      <w:pPr>
        <w:spacing w:after="4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90"/>
        <w:gridCol w:w="4031"/>
        <w:gridCol w:w="503"/>
        <w:gridCol w:w="3024"/>
      </w:tblGrid>
      <w:tr w:rsidR="00713065" w14:paraId="11F7C1A8" w14:textId="77777777" w:rsidTr="00D667F9">
        <w:trPr>
          <w:jc w:val="center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0FBBC" w14:textId="1B792DE6" w:rsidR="00713065" w:rsidRDefault="00493FA9" w:rsidP="00D667F9">
            <w:pPr>
              <w:spacing w:after="0" w:line="240" w:lineRule="auto"/>
              <w:ind w:left="-143"/>
            </w:pPr>
            <w:r>
              <w:t>D</w:t>
            </w:r>
            <w:r w:rsidR="00D667F9">
              <w:t>D</w:t>
            </w:r>
            <w:r>
              <w:t>atum nar</w:t>
            </w:r>
            <w:r w:rsidR="00A26109">
              <w:t>ozen</w:t>
            </w:r>
            <w:r>
              <w:t>í:</w:t>
            </w:r>
          </w:p>
        </w:tc>
        <w:tc>
          <w:tcPr>
            <w:tcW w:w="4031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61931" w14:textId="77777777" w:rsidR="00713065" w:rsidRDefault="00713065">
            <w:pPr>
              <w:spacing w:after="0" w:line="240" w:lineRule="auto"/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121A1" w14:textId="72774BA0" w:rsidR="00713065" w:rsidRDefault="00000000">
            <w:pPr>
              <w:spacing w:after="0" w:line="240" w:lineRule="auto"/>
            </w:pPr>
            <w:r>
              <w:t>tř</w:t>
            </w:r>
            <w:r w:rsidR="00A26109">
              <w:t>ída</w:t>
            </w:r>
          </w:p>
        </w:tc>
        <w:tc>
          <w:tcPr>
            <w:tcW w:w="302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3D323" w14:textId="77777777" w:rsidR="00713065" w:rsidRDefault="00713065">
            <w:pPr>
              <w:spacing w:after="0" w:line="240" w:lineRule="auto"/>
            </w:pPr>
          </w:p>
        </w:tc>
      </w:tr>
    </w:tbl>
    <w:p w14:paraId="68CD0419" w14:textId="77777777" w:rsidR="00713065" w:rsidRDefault="00713065">
      <w:pPr>
        <w:spacing w:after="4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8784"/>
      </w:tblGrid>
      <w:tr w:rsidR="00713065" w14:paraId="349D50FC" w14:textId="77777777" w:rsidTr="00493FA9">
        <w:trPr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32A85" w14:textId="77777777" w:rsidR="00713065" w:rsidRDefault="00000000">
            <w:pPr>
              <w:spacing w:after="0" w:line="240" w:lineRule="auto"/>
            </w:pPr>
            <w:r>
              <w:t>Adresa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2F853" w14:textId="77777777" w:rsidR="00713065" w:rsidRDefault="00713065">
            <w:pPr>
              <w:spacing w:after="0" w:line="240" w:lineRule="auto"/>
            </w:pPr>
          </w:p>
        </w:tc>
      </w:tr>
      <w:tr w:rsidR="00493FA9" w14:paraId="6C6F4C1D" w14:textId="77777777">
        <w:trPr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C0B23" w14:textId="77777777" w:rsidR="00493FA9" w:rsidRDefault="00493FA9">
            <w:pPr>
              <w:spacing w:after="0" w:line="240" w:lineRule="auto"/>
            </w:pPr>
          </w:p>
        </w:tc>
        <w:tc>
          <w:tcPr>
            <w:tcW w:w="878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44170" w14:textId="77777777" w:rsidR="00493FA9" w:rsidRDefault="00493FA9">
            <w:pPr>
              <w:spacing w:after="0" w:line="240" w:lineRule="auto"/>
            </w:pPr>
          </w:p>
        </w:tc>
      </w:tr>
    </w:tbl>
    <w:p w14:paraId="12389C4E" w14:textId="77777777" w:rsidR="00713065" w:rsidRDefault="00713065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8784"/>
      </w:tblGrid>
      <w:tr w:rsidR="00713065" w14:paraId="155F884E" w14:textId="77777777">
        <w:trPr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11E20" w14:textId="77777777" w:rsidR="00713065" w:rsidRDefault="00000000">
            <w:pPr>
              <w:spacing w:after="0" w:line="240" w:lineRule="auto"/>
            </w:pPr>
            <w:r>
              <w:t>Důvod:</w:t>
            </w:r>
          </w:p>
        </w:tc>
        <w:tc>
          <w:tcPr>
            <w:tcW w:w="878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D7789" w14:textId="77777777" w:rsidR="00713065" w:rsidRDefault="00713065">
            <w:pPr>
              <w:spacing w:after="0" w:line="240" w:lineRule="auto"/>
            </w:pPr>
          </w:p>
        </w:tc>
      </w:tr>
    </w:tbl>
    <w:p w14:paraId="0CFCE165" w14:textId="77777777" w:rsidR="00713065" w:rsidRDefault="00713065">
      <w:pPr>
        <w:spacing w:after="20" w:line="240" w:lineRule="auto"/>
      </w:pPr>
    </w:p>
    <w:p w14:paraId="020296A8" w14:textId="77777777" w:rsidR="00493FA9" w:rsidRDefault="00493FA9">
      <w:pPr>
        <w:spacing w:after="20" w:line="240" w:lineRule="auto"/>
      </w:pPr>
    </w:p>
    <w:p w14:paraId="5C5F96FD" w14:textId="04C7D9FE" w:rsidR="00713065" w:rsidRDefault="00000000">
      <w:pPr>
        <w:spacing w:after="20" w:line="240" w:lineRule="auto"/>
      </w:pPr>
      <w:r>
        <w:t>Pobývat budeme v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713065" w14:paraId="08A1F110" w14:textId="77777777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043B2" w14:textId="77777777" w:rsidR="00713065" w:rsidRDefault="00713065">
            <w:pPr>
              <w:spacing w:after="0" w:line="240" w:lineRule="auto"/>
            </w:pPr>
          </w:p>
        </w:tc>
      </w:tr>
    </w:tbl>
    <w:p w14:paraId="47A9ADC8" w14:textId="77777777" w:rsidR="00713065" w:rsidRDefault="00713065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713065" w14:paraId="70841C0A" w14:textId="77777777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CA99F" w14:textId="77777777" w:rsidR="00713065" w:rsidRDefault="00713065">
            <w:pPr>
              <w:spacing w:after="0" w:line="240" w:lineRule="auto"/>
            </w:pPr>
          </w:p>
        </w:tc>
      </w:tr>
    </w:tbl>
    <w:p w14:paraId="17349F53" w14:textId="77777777" w:rsidR="00713065" w:rsidRDefault="00000000">
      <w:pPr>
        <w:spacing w:after="100" w:line="240" w:lineRule="auto"/>
      </w:pPr>
      <w:r>
        <w:rPr>
          <w:sz w:val="17"/>
        </w:rPr>
        <w:t>(prosím uveďte adresu, případně také jiný způsob kontaktu - telefon, e-mail)</w:t>
      </w:r>
    </w:p>
    <w:p w14:paraId="11C32D7E" w14:textId="77777777" w:rsidR="00493FA9" w:rsidRDefault="00493FA9">
      <w:pPr>
        <w:tabs>
          <w:tab w:val="left" w:leader="dot" w:pos="7128"/>
          <w:tab w:val="left" w:leader="dot" w:pos="9432"/>
        </w:tabs>
        <w:spacing w:after="120" w:line="240" w:lineRule="auto"/>
        <w:rPr>
          <w:sz w:val="18"/>
        </w:rPr>
      </w:pPr>
    </w:p>
    <w:p w14:paraId="58D0F803" w14:textId="717788AC" w:rsidR="00713065" w:rsidRDefault="00000000">
      <w:pPr>
        <w:tabs>
          <w:tab w:val="left" w:leader="dot" w:pos="7128"/>
          <w:tab w:val="left" w:leader="dot" w:pos="9432"/>
        </w:tabs>
        <w:spacing w:after="120" w:line="240" w:lineRule="auto"/>
      </w:pPr>
      <w:r>
        <w:rPr>
          <w:sz w:val="18"/>
        </w:rPr>
        <w:t>Výjimku ze školní docházky v ČR žádáme na dobu od</w:t>
      </w:r>
      <w:r>
        <w:rPr>
          <w:sz w:val="18"/>
        </w:rPr>
        <w:tab/>
        <w:t xml:space="preserve"> do</w:t>
      </w:r>
      <w:r>
        <w:rPr>
          <w:sz w:val="18"/>
        </w:rPr>
        <w:tab/>
      </w:r>
    </w:p>
    <w:p w14:paraId="7C30A6AF" w14:textId="77777777" w:rsidR="00493FA9" w:rsidRDefault="00493FA9">
      <w:pPr>
        <w:spacing w:after="60" w:line="240" w:lineRule="auto"/>
      </w:pPr>
    </w:p>
    <w:p w14:paraId="63C76228" w14:textId="385A530B" w:rsidR="00713065" w:rsidRDefault="00000000">
      <w:pPr>
        <w:spacing w:after="60" w:line="240" w:lineRule="auto"/>
      </w:pPr>
      <w:r>
        <w:t>A)    Syn/dcera bude navštěvovat školu v zahraničí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8784"/>
      </w:tblGrid>
      <w:tr w:rsidR="00713065" w14:paraId="6E0E8CBE" w14:textId="77777777">
        <w:trPr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D74EA" w14:textId="77777777" w:rsidR="00713065" w:rsidRDefault="00000000">
            <w:pPr>
              <w:spacing w:after="0" w:line="240" w:lineRule="auto"/>
            </w:pPr>
            <w:r>
              <w:t>Adresa</w:t>
            </w:r>
          </w:p>
        </w:tc>
        <w:tc>
          <w:tcPr>
            <w:tcW w:w="878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B33C9" w14:textId="77777777" w:rsidR="00713065" w:rsidRDefault="00713065">
            <w:pPr>
              <w:spacing w:after="0" w:line="240" w:lineRule="auto"/>
            </w:pPr>
          </w:p>
        </w:tc>
      </w:tr>
    </w:tbl>
    <w:p w14:paraId="3F3A565A" w14:textId="77777777" w:rsidR="00713065" w:rsidRDefault="00713065">
      <w:pPr>
        <w:spacing w:after="60" w:line="240" w:lineRule="auto"/>
      </w:pPr>
    </w:p>
    <w:p w14:paraId="3C0F81F4" w14:textId="77777777" w:rsidR="00713065" w:rsidRDefault="00000000">
      <w:pPr>
        <w:spacing w:after="60" w:line="240" w:lineRule="auto"/>
      </w:pPr>
      <w:r>
        <w:t>B)    Syn/dcera bude vzděláván/a individuálně</w:t>
      </w:r>
    </w:p>
    <w:p w14:paraId="39F93D84" w14:textId="77777777" w:rsidR="00713065" w:rsidRDefault="00000000">
      <w:pPr>
        <w:spacing w:line="240" w:lineRule="auto"/>
      </w:pPr>
      <w:r>
        <w:rPr>
          <w:sz w:val="19"/>
        </w:rPr>
        <w:t xml:space="preserve">       Zároveň žádáme o přezkoušení po návratu z ciziny podle § 18 vyhlášky č. 48/2005 Sb.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655"/>
        <w:gridCol w:w="3744"/>
      </w:tblGrid>
      <w:tr w:rsidR="00713065" w14:paraId="4D1AB352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9BC8F" w14:textId="77777777" w:rsidR="00713065" w:rsidRDefault="00000000">
            <w:pPr>
              <w:spacing w:after="0" w:line="240" w:lineRule="auto"/>
            </w:pPr>
            <w:r>
              <w:t>V Praze dne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377FD" w14:textId="77777777" w:rsidR="00713065" w:rsidRDefault="00713065">
            <w:pPr>
              <w:spacing w:after="0" w:line="240" w:lineRule="auto"/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F0E09" w14:textId="77777777" w:rsidR="00713065" w:rsidRDefault="00713065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A430B" w14:textId="77777777" w:rsidR="00713065" w:rsidRDefault="00713065">
            <w:pPr>
              <w:spacing w:after="0" w:line="240" w:lineRule="auto"/>
            </w:pPr>
          </w:p>
        </w:tc>
      </w:tr>
      <w:tr w:rsidR="00713065" w14:paraId="431BDF36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E1EB8" w14:textId="77777777" w:rsidR="00713065" w:rsidRDefault="00713065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D28B8" w14:textId="77777777" w:rsidR="00713065" w:rsidRDefault="00713065"/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01DAB" w14:textId="77777777" w:rsidR="00713065" w:rsidRDefault="00713065"/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F08A7" w14:textId="77777777" w:rsidR="00713065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podpis zákonného zástupce</w:t>
            </w:r>
          </w:p>
        </w:tc>
      </w:tr>
    </w:tbl>
    <w:p w14:paraId="1F4EEDDD" w14:textId="77777777" w:rsidR="00713065" w:rsidRDefault="00713065">
      <w:pPr>
        <w:pBdr>
          <w:bottom w:val="single" w:sz="8" w:space="1" w:color="000000"/>
        </w:pBdr>
        <w:spacing w:before="80" w:after="80" w:line="240" w:lineRule="auto"/>
      </w:pPr>
    </w:p>
    <w:p w14:paraId="3208098F" w14:textId="77777777" w:rsidR="00713065" w:rsidRDefault="00000000">
      <w:pPr>
        <w:spacing w:after="40" w:line="240" w:lineRule="auto"/>
      </w:pPr>
      <w:r>
        <w:rPr>
          <w:b/>
          <w:i/>
        </w:rPr>
        <w:t>Vyjádření ředitele školy: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713065" w14:paraId="77E6D80A" w14:textId="77777777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3775B" w14:textId="77777777" w:rsidR="00713065" w:rsidRDefault="00713065">
            <w:pPr>
              <w:spacing w:after="0" w:line="240" w:lineRule="auto"/>
            </w:pPr>
          </w:p>
        </w:tc>
      </w:tr>
    </w:tbl>
    <w:p w14:paraId="6DFAECBE" w14:textId="77777777" w:rsidR="00713065" w:rsidRDefault="00713065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713065" w14:paraId="4ED1CA06" w14:textId="77777777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931A1" w14:textId="77777777" w:rsidR="00713065" w:rsidRDefault="00713065">
            <w:pPr>
              <w:spacing w:after="0" w:line="240" w:lineRule="auto"/>
            </w:pPr>
          </w:p>
        </w:tc>
      </w:tr>
    </w:tbl>
    <w:p w14:paraId="61402E88" w14:textId="77777777" w:rsidR="00713065" w:rsidRDefault="00713065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713065" w14:paraId="74F7078A" w14:textId="77777777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5F5E3" w14:textId="77777777" w:rsidR="00713065" w:rsidRDefault="00713065">
            <w:pPr>
              <w:spacing w:after="0" w:line="240" w:lineRule="auto"/>
            </w:pPr>
          </w:p>
        </w:tc>
      </w:tr>
    </w:tbl>
    <w:p w14:paraId="43E91F8F" w14:textId="77777777" w:rsidR="00713065" w:rsidRDefault="00713065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713065" w14:paraId="1DD5A4E2" w14:textId="77777777">
        <w:trPr>
          <w:jc w:val="center"/>
        </w:trPr>
        <w:tc>
          <w:tcPr>
            <w:tcW w:w="972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C967A" w14:textId="77777777" w:rsidR="00713065" w:rsidRDefault="00713065">
            <w:pPr>
              <w:spacing w:after="0" w:line="240" w:lineRule="auto"/>
            </w:pPr>
          </w:p>
        </w:tc>
      </w:tr>
    </w:tbl>
    <w:p w14:paraId="28232E6C" w14:textId="77777777" w:rsidR="00713065" w:rsidRDefault="00713065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655"/>
        <w:gridCol w:w="3744"/>
      </w:tblGrid>
      <w:tr w:rsidR="00713065" w14:paraId="533945FB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8A12D" w14:textId="77777777" w:rsidR="00713065" w:rsidRDefault="00000000">
            <w:pPr>
              <w:spacing w:after="0" w:line="240" w:lineRule="auto"/>
            </w:pPr>
            <w:r>
              <w:t>V Praze dne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C212E" w14:textId="77777777" w:rsidR="00713065" w:rsidRDefault="00713065">
            <w:pPr>
              <w:spacing w:after="0" w:line="240" w:lineRule="auto"/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18F6C" w14:textId="77777777" w:rsidR="00713065" w:rsidRDefault="00713065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7CE11" w14:textId="77777777" w:rsidR="00713065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Mgr. Romana Mrázková</w:t>
            </w:r>
          </w:p>
        </w:tc>
      </w:tr>
      <w:tr w:rsidR="00713065" w14:paraId="56C754EA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E9D00" w14:textId="77777777" w:rsidR="00713065" w:rsidRDefault="00713065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9FBA5" w14:textId="77777777" w:rsidR="00713065" w:rsidRDefault="00713065"/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798F9" w14:textId="77777777" w:rsidR="00713065" w:rsidRDefault="00713065"/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44C7D" w14:textId="20F11F5F" w:rsidR="00713065" w:rsidRDefault="00493FA9">
            <w:pPr>
              <w:spacing w:after="0" w:line="240" w:lineRule="auto"/>
              <w:jc w:val="center"/>
            </w:pPr>
            <w:r>
              <w:rPr>
                <w:sz w:val="18"/>
              </w:rPr>
              <w:t>Ředitelka školy</w:t>
            </w:r>
          </w:p>
        </w:tc>
      </w:tr>
    </w:tbl>
    <w:p w14:paraId="1D15B1CF" w14:textId="77777777" w:rsidR="00055805" w:rsidRDefault="00055805"/>
    <w:sectPr w:rsidR="00055805" w:rsidSect="00034616">
      <w:headerReference w:type="default" r:id="rId8"/>
      <w:pgSz w:w="11906" w:h="16838"/>
      <w:pgMar w:top="2923" w:right="893" w:bottom="792" w:left="893" w:header="2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DA2BF" w14:textId="77777777" w:rsidR="00BC4B6F" w:rsidRDefault="00BC4B6F">
      <w:pPr>
        <w:spacing w:after="0" w:line="240" w:lineRule="auto"/>
      </w:pPr>
      <w:r>
        <w:separator/>
      </w:r>
    </w:p>
  </w:endnote>
  <w:endnote w:type="continuationSeparator" w:id="0">
    <w:p w14:paraId="78B4E5BF" w14:textId="77777777" w:rsidR="00BC4B6F" w:rsidRDefault="00BC4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40618" w14:textId="77777777" w:rsidR="00BC4B6F" w:rsidRDefault="00BC4B6F">
      <w:pPr>
        <w:spacing w:after="0" w:line="240" w:lineRule="auto"/>
      </w:pPr>
      <w:r>
        <w:separator/>
      </w:r>
    </w:p>
  </w:footnote>
  <w:footnote w:type="continuationSeparator" w:id="0">
    <w:p w14:paraId="42212AB0" w14:textId="77777777" w:rsidR="00BC4B6F" w:rsidRDefault="00BC4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DC2B1" w14:textId="77777777" w:rsidR="00713065" w:rsidRDefault="00000000">
    <w:pPr>
      <w:spacing w:after="0"/>
      <w:jc w:val="center"/>
    </w:pPr>
    <w:r>
      <w:rPr>
        <w:noProof/>
      </w:rPr>
      <w:drawing>
        <wp:inline distT="0" distB="0" distL="0" distR="0" wp14:anchorId="659D373A" wp14:editId="5B5CA0E2">
          <wp:extent cx="6720840" cy="166440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3732663">
    <w:abstractNumId w:val="8"/>
  </w:num>
  <w:num w:numId="2" w16cid:durableId="214701714">
    <w:abstractNumId w:val="6"/>
  </w:num>
  <w:num w:numId="3" w16cid:durableId="1303658503">
    <w:abstractNumId w:val="5"/>
  </w:num>
  <w:num w:numId="4" w16cid:durableId="1786079241">
    <w:abstractNumId w:val="4"/>
  </w:num>
  <w:num w:numId="5" w16cid:durableId="748624752">
    <w:abstractNumId w:val="7"/>
  </w:num>
  <w:num w:numId="6" w16cid:durableId="1293175841">
    <w:abstractNumId w:val="3"/>
  </w:num>
  <w:num w:numId="7" w16cid:durableId="194929802">
    <w:abstractNumId w:val="2"/>
  </w:num>
  <w:num w:numId="8" w16cid:durableId="1677808927">
    <w:abstractNumId w:val="1"/>
  </w:num>
  <w:num w:numId="9" w16cid:durableId="1013336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5805"/>
    <w:rsid w:val="0006063C"/>
    <w:rsid w:val="0015074B"/>
    <w:rsid w:val="0029639D"/>
    <w:rsid w:val="00326F90"/>
    <w:rsid w:val="00493FA9"/>
    <w:rsid w:val="00713065"/>
    <w:rsid w:val="00886CF6"/>
    <w:rsid w:val="00A26109"/>
    <w:rsid w:val="00A771D1"/>
    <w:rsid w:val="00AA1D8D"/>
    <w:rsid w:val="00B47730"/>
    <w:rsid w:val="00BC4B6F"/>
    <w:rsid w:val="00CB0664"/>
    <w:rsid w:val="00D667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87F3CCE-050D-40E6-A4D4-AF230BE8C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Romana Mrázková</cp:lastModifiedBy>
  <cp:revision>4</cp:revision>
  <dcterms:created xsi:type="dcterms:W3CDTF">2013-12-23T23:15:00Z</dcterms:created>
  <dcterms:modified xsi:type="dcterms:W3CDTF">2026-10-22T08:41:00Z</dcterms:modified>
  <cp:category/>
</cp:coreProperties>
</file>